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/>
        <w:jc w:val="center"/>
      </w:pPr>
      <w:r>
        <w:rPr>
          <w:rFonts w:ascii="Lato" w:hAnsi="Lato"/>
          <w:b/>
          <w:color w:val="0A0F4D"/>
          <w:sz w:val="31"/>
        </w:rPr>
        <w:t>UPOWAŻNIENIE DO WYJAZDU DZIECKA ZA GRANICĘ</w:t>
      </w:r>
    </w:p>
    <w:p>
      <w:pPr>
        <w:spacing w:after="140"/>
        <w:jc w:val="center"/>
      </w:pPr>
      <w:r>
        <w:rPr>
          <w:i/>
          <w:color w:val="FF614B"/>
          <w:sz w:val="17"/>
        </w:rPr>
        <w:t>Wzór do uzupełnienia</w:t>
      </w:r>
    </w:p>
    <w:p>
      <w:pPr>
        <w:spacing w:after="100"/>
      </w:pPr>
      <w:r>
        <w:rPr>
          <w:b/>
          <w:color w:val="1F2340"/>
          <w:sz w:val="18"/>
        </w:rPr>
        <w:t>My, niżej podpisani rodzice / opiekunowie prawni: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EEF8FC"/>
            <w:tcMar>
              <w:top w:w="70" w:type="dxa"/>
              <w:start w:w="90" w:type="dxa"/>
              <w:bottom w:w="60" w:type="dxa"/>
              <w:end w:w="90" w:type="dxa"/>
            </w:tcMar>
            <w:tcBorders>
              <w:bottom w:val="single" w:sz="6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8"/>
              </w:rPr>
              <w:t>1. MATKA / OPIEKUN PRAWNY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7"/>
              </w:rPr>
              <w:t>Imię i nazwisko:</w:t>
            </w:r>
            <w:r>
              <w:rPr>
                <w:color w:val="66708A"/>
                <w:sz w:val="17"/>
              </w:rPr>
              <w:t xml:space="preserve"> _______________________________________________________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PESEL: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Nr dowodu osobistego / paszportu: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Numer telefonu: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Adres zamieszkania: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shd w:fill="EEF8FC"/>
            <w:tcMar>
              <w:top w:w="70" w:type="dxa"/>
              <w:start w:w="90" w:type="dxa"/>
              <w:bottom w:w="60" w:type="dxa"/>
              <w:end w:w="90" w:type="dxa"/>
            </w:tcMar>
            <w:tcBorders>
              <w:bottom w:val="single" w:sz="6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8"/>
              </w:rPr>
              <w:t>2. OJCIEC / OPIEKUN PRAWNY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7"/>
              </w:rPr>
              <w:t>Imię i nazwisko:</w:t>
            </w:r>
            <w:r>
              <w:rPr>
                <w:color w:val="66708A"/>
                <w:sz w:val="17"/>
              </w:rPr>
              <w:t xml:space="preserve"> _______________________________________________________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PESEL: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Nr dowodu osobistego / paszportu: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Numer telefonu: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Adres zamieszkania: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shd w:fill="EEF8FC"/>
            <w:tcMar>
              <w:top w:w="70" w:type="dxa"/>
              <w:start w:w="90" w:type="dxa"/>
              <w:bottom w:w="60" w:type="dxa"/>
              <w:end w:w="90" w:type="dxa"/>
            </w:tcMar>
            <w:tcBorders>
              <w:bottom w:val="single" w:sz="6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8"/>
              </w:rPr>
              <w:t>DANE MAŁOLETNIEGO DZIECKA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7"/>
              </w:rPr>
              <w:t>Imię i nazwisko dziecka:</w:t>
            </w:r>
            <w:r>
              <w:rPr>
                <w:color w:val="66708A"/>
                <w:sz w:val="17"/>
              </w:rPr>
              <w:t xml:space="preserve"> _______________________________________________________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PESEL / data urodzenia: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Nr dowodu osobistego / paszportu: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shd w:fill="EEF8FC"/>
            <w:tcMar>
              <w:top w:w="70" w:type="dxa"/>
              <w:start w:w="90" w:type="dxa"/>
              <w:bottom w:w="60" w:type="dxa"/>
              <w:end w:w="90" w:type="dxa"/>
            </w:tcMar>
            <w:tcBorders>
              <w:bottom w:val="single" w:sz="6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8"/>
              </w:rPr>
              <w:t>DANE OSOBY SPRAWUJĄCEJ OPIEKĘ PODCZAS WYJAZDU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7"/>
              </w:rPr>
              <w:t>Imię i nazwisko opiekuna:</w:t>
            </w:r>
            <w:r>
              <w:rPr>
                <w:color w:val="66708A"/>
                <w:sz w:val="17"/>
              </w:rPr>
              <w:t xml:space="preserve"> _______________________________________________________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PESEL / data urodzenia: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Nr dowodu osobistego / paszportu: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6"/>
              </w:rPr>
              <w:t>Numer telefonu:</w:t>
            </w:r>
            <w:r>
              <w:rPr>
                <w:color w:val="66708A"/>
                <w:sz w:val="16"/>
              </w:rPr>
              <w:t xml:space="preserve"> __________________________   </w:t>
            </w:r>
            <w:r>
              <w:rPr>
                <w:b/>
                <w:color w:val="0A0F4D"/>
                <w:sz w:val="16"/>
              </w:rPr>
              <w:t>Adres zamieszkania:</w:t>
            </w:r>
            <w:r>
              <w:rPr>
                <w:color w:val="66708A"/>
                <w:sz w:val="16"/>
              </w:rPr>
              <w:t xml:space="preserve"> ______________________   </w:t>
            </w:r>
          </w:p>
        </w:tc>
      </w:tr>
      <w:tr>
        <w:tc>
          <w:tcPr>
            <w:tcW w:type="dxa" w:w="10658"/>
            <w:shd w:fill="EEF8FC"/>
            <w:tcMar>
              <w:top w:w="70" w:type="dxa"/>
              <w:start w:w="90" w:type="dxa"/>
              <w:bottom w:w="60" w:type="dxa"/>
              <w:end w:w="90" w:type="dxa"/>
            </w:tcMar>
            <w:tcBorders>
              <w:bottom w:val="single" w:sz="6" w:color="D9E7EF"/>
            </w:tcBorders>
          </w:tcPr>
          <w:p>
            <w:r>
              <w:rPr>
                <w:b/>
                <w:color w:val="0A0F4D"/>
                <w:sz w:val="18"/>
              </w:rPr>
              <w:t>SZCZEGÓŁY PODRÓŻY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7"/>
              </w:rPr>
              <w:t>Termin wyjazdu (od - do):</w:t>
            </w:r>
            <w:r>
              <w:rPr>
                <w:color w:val="66708A"/>
                <w:sz w:val="17"/>
              </w:rPr>
              <w:t xml:space="preserve"> ______________________________________________</w:t>
            </w:r>
          </w:p>
        </w:tc>
      </w:tr>
      <w:tr>
        <w:tc>
          <w:tcPr>
            <w:tcW w:type="dxa" w:w="10658"/>
            <w:tcMar>
              <w:top w:w="48" w:type="dxa"/>
              <w:start w:w="90" w:type="dxa"/>
              <w:bottom w:w="48" w:type="dxa"/>
              <w:end w:w="90" w:type="dxa"/>
            </w:tcMar>
            <w:tcBorders>
              <w:bottom w:val="single" w:sz="4" w:color="D9E7EF"/>
            </w:tcBorders>
          </w:tcPr>
          <w:p>
            <w:pPr>
              <w:spacing w:after="0"/>
            </w:pPr>
            <w:r>
              <w:rPr>
                <w:b/>
                <w:color w:val="0A0F4D"/>
                <w:sz w:val="17"/>
              </w:rPr>
              <w:t>Kraj / kraje docelowe i ewentualne kraje tranzytowe:</w:t>
            </w:r>
            <w:r>
              <w:rPr>
                <w:color w:val="66708A"/>
                <w:sz w:val="17"/>
              </w:rPr>
              <w:t xml:space="preserve"> ______________________________</w:t>
            </w:r>
          </w:p>
        </w:tc>
      </w:tr>
    </w:tbl>
    <w:p>
      <w:pPr>
        <w:spacing w:before="120" w:after="100"/>
      </w:pPr>
      <w:r>
        <w:rPr>
          <w:b/>
          <w:color w:val="1F2340"/>
          <w:sz w:val="18"/>
        </w:rPr>
        <w:t>Wyrażamy zgodę na wyjazd dziecka za granicę Polski pod opieką następującej osoby:</w:t>
      </w:r>
    </w:p>
    <w:p>
      <w:pPr>
        <w:spacing w:before="120" w:after="40"/>
      </w:pPr>
      <w:r>
        <w:rPr>
          <w:color w:val="1F2340"/>
          <w:sz w:val="17"/>
        </w:rPr>
        <w:t>Jednocześnie upoważniamy wskazanego opiekuna do podejmowania w czasie wyjazdu niezbędnych decyzji w sprawach dziecka, w tym dotyczących udzielenia pomocy medycznej w nagłych przypadkach.</w:t>
      </w:r>
    </w:p>
    <w:p>
      <w:pPr>
        <w:spacing w:before="60" w:after="0"/>
      </w:pPr>
      <w:r>
        <w:rPr>
          <w:b/>
          <w:color w:val="0A0F4D"/>
          <w:sz w:val="17"/>
        </w:rPr>
        <w:t>Uwagi / dodatkowe informacje:</w:t>
      </w:r>
    </w:p>
    <w:p>
      <w:pPr>
        <w:spacing w:before="0" w:after="0"/>
      </w:pPr>
      <w:r>
        <w:rPr>
          <w:color w:val="66708A"/>
          <w:sz w:val="15"/>
        </w:rPr>
        <w:t>__________________________________________________________________________________________________________________________</w:t>
      </w:r>
    </w:p>
    <w:p>
      <w:pPr>
        <w:spacing w:before="0" w:after="0"/>
      </w:pPr>
      <w:r>
        <w:rPr>
          <w:color w:val="66708A"/>
          <w:sz w:val="15"/>
        </w:rPr>
        <w:t>__________________________________________________________________________________________________________________________</w:t>
      </w:r>
    </w:p>
    <w:p>
      <w:pPr>
        <w:spacing w:before="100" w:after="120"/>
      </w:pPr>
      <w:r>
        <w:rPr>
          <w:b/>
          <w:color w:val="0A0F4D"/>
          <w:sz w:val="17"/>
        </w:rPr>
        <w:t xml:space="preserve">Miejscowość i data: </w:t>
      </w:r>
      <w:r>
        <w:rPr>
          <w:color w:val="66708A"/>
          <w:sz w:val="17"/>
        </w:rPr>
        <w:t>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98"/>
        <w:gridCol w:w="5298"/>
      </w:tblGrid>
      <w:tr>
        <w:tc>
          <w:tcPr>
            <w:tcW w:type="dxa" w:w="5159"/>
            <w:tcMar>
              <w:top w:w="150" w:type="dxa"/>
              <w:start w:w="120" w:type="dxa"/>
              <w:bottom w:w="30" w:type="dxa"/>
              <w:end w:w="120" w:type="dxa"/>
            </w:tcMar>
          </w:tcPr>
          <w:p>
            <w:pPr>
              <w:spacing w:after="40"/>
              <w:jc w:val="center"/>
            </w:pPr>
            <w:r>
              <w:rPr>
                <w:color w:val="66708A"/>
                <w:sz w:val="16"/>
              </w:rPr>
              <w:t>_______________________________________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6708A"/>
                <w:sz w:val="15"/>
              </w:rPr>
              <w:t>Podpis matki / opiekuna prawnego</w:t>
            </w:r>
          </w:p>
        </w:tc>
        <w:tc>
          <w:tcPr>
            <w:tcW w:type="dxa" w:w="5159"/>
            <w:tcMar>
              <w:top w:w="150" w:type="dxa"/>
              <w:start w:w="120" w:type="dxa"/>
              <w:bottom w:w="30" w:type="dxa"/>
              <w:end w:w="120" w:type="dxa"/>
            </w:tcMar>
          </w:tcPr>
          <w:p>
            <w:pPr>
              <w:spacing w:after="40"/>
              <w:jc w:val="center"/>
            </w:pPr>
            <w:r>
              <w:rPr>
                <w:color w:val="66708A"/>
                <w:sz w:val="16"/>
              </w:rPr>
              <w:t>_______________________________________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6708A"/>
                <w:sz w:val="15"/>
              </w:rPr>
              <w:t>Podpis ojca / opiekuna prawnego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09" w:right="822" w:bottom="680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color w:val="66708A"/>
        <w:sz w:val="13"/>
      </w:rPr>
      <w:t>Wzór ma charakter informacyjny. Przed podróżą sprawdź wymagania kraju docelowego, przewoźnika i organizatora wyjazdu.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Lato" w:hAnsi="Lato"/>
        <w:color w:val="66708A"/>
        <w:sz w:val="14"/>
      </w:rPr>
      <w:t>Biuro Tłumaczeń Linguaforum  |  Trzecia Połowa Sp. z o.o.  |  ul. Kosiarzy 21A  |  02-953 Warszawa</w:t>
    </w:r>
  </w:p>
  <w:p>
    <w:pPr>
      <w:spacing w:after="40"/>
      <w:jc w:val="center"/>
    </w:pPr>
    <w:r>
      <w:rPr>
        <w:b/>
        <w:color w:val="167FB7"/>
        <w:sz w:val="15"/>
      </w:rPr>
      <w:t>www.linguaforum.eu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ato" w:hAnsi="Lato"/>
      <w:color w:val="1F234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